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3A29A5" w14:textId="008D85FB" w:rsidR="00CA12D7" w:rsidRDefault="00F90D89">
      <w:pPr>
        <w:spacing w:after="30" w:line="240" w:lineRule="auto"/>
        <w:jc w:val="center"/>
      </w:pPr>
      <w:r>
        <w:rPr>
          <w:rFonts w:ascii="Arial" w:hAnsi="Arial"/>
          <w:b/>
          <w:sz w:val="15"/>
        </w:rPr>
        <w:t>T.C</w:t>
      </w:r>
      <w:proofErr w:type="gramStart"/>
      <w:r>
        <w:rPr>
          <w:rFonts w:ascii="Arial" w:hAnsi="Arial"/>
          <w:b/>
          <w:sz w:val="15"/>
        </w:rPr>
        <w:t>.</w:t>
      </w:r>
      <w:proofErr w:type="gramEnd"/>
      <w:r>
        <w:rPr>
          <w:rFonts w:ascii="Arial" w:hAnsi="Arial"/>
          <w:b/>
          <w:sz w:val="15"/>
        </w:rPr>
        <w:br/>
        <w:t>KİLİS 7 ARALIK ÜNİVERSİTESİ</w:t>
      </w:r>
      <w:r>
        <w:rPr>
          <w:rFonts w:ascii="Arial" w:hAnsi="Arial"/>
          <w:b/>
          <w:sz w:val="15"/>
        </w:rPr>
        <w:br/>
        <w:t>YUSUF ŞEREFOĞLU</w:t>
      </w:r>
      <w:r w:rsidR="00AD42A2">
        <w:rPr>
          <w:rFonts w:ascii="Arial" w:hAnsi="Arial"/>
          <w:b/>
          <w:sz w:val="15"/>
        </w:rPr>
        <w:t xml:space="preserve"> SAĞLIK BİLİMLERİ FAKÜLTESİ</w:t>
      </w:r>
      <w:r w:rsidR="00AD42A2">
        <w:rPr>
          <w:rFonts w:ascii="Arial" w:hAnsi="Arial"/>
          <w:b/>
          <w:sz w:val="15"/>
        </w:rPr>
        <w:br/>
        <w:t>2025-2026</w:t>
      </w:r>
      <w:bookmarkStart w:id="0" w:name="_GoBack"/>
      <w:bookmarkEnd w:id="0"/>
      <w:r>
        <w:rPr>
          <w:rFonts w:ascii="Arial" w:hAnsi="Arial"/>
          <w:b/>
          <w:sz w:val="15"/>
        </w:rPr>
        <w:t xml:space="preserve"> EĞİTİM-ÖĞRETİM YILI HEMŞİRELİK BÖLÜMÜ DERS KATALOĞU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1"/>
        <w:gridCol w:w="2736"/>
        <w:gridCol w:w="576"/>
        <w:gridCol w:w="259"/>
        <w:gridCol w:w="259"/>
        <w:gridCol w:w="259"/>
        <w:gridCol w:w="504"/>
        <w:gridCol w:w="691"/>
        <w:gridCol w:w="2736"/>
        <w:gridCol w:w="576"/>
        <w:gridCol w:w="259"/>
        <w:gridCol w:w="259"/>
        <w:gridCol w:w="230"/>
        <w:gridCol w:w="259"/>
        <w:gridCol w:w="504"/>
      </w:tblGrid>
      <w:tr w:rsidR="00CA12D7" w:rsidRPr="00F90D89" w14:paraId="4708D68F" w14:textId="77777777" w:rsidTr="00F90D89">
        <w:trPr>
          <w:trHeight w:val="20"/>
          <w:jc w:val="center"/>
        </w:trPr>
        <w:tc>
          <w:tcPr>
            <w:tcW w:w="10798" w:type="dxa"/>
            <w:gridSpan w:val="15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F5C67D9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b/>
                <w:sz w:val="16"/>
                <w:szCs w:val="16"/>
              </w:rPr>
              <w:t>BİRİNCİ YIL</w:t>
            </w:r>
          </w:p>
        </w:tc>
      </w:tr>
      <w:tr w:rsidR="00CA12D7" w:rsidRPr="00F90D89" w14:paraId="4E1F19B7" w14:textId="77777777" w:rsidTr="00F90D89">
        <w:trPr>
          <w:trHeight w:val="20"/>
          <w:jc w:val="center"/>
        </w:trPr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91C06F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Kod</w:t>
            </w: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344E5F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1. SINIF I. YARIYIL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537D8BB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Statü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A822BCB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T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ED6DB83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U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3B021CF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K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70DC75B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AKTS</w:t>
            </w:r>
          </w:p>
        </w:tc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6A5E100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Kod</w:t>
            </w: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4B588E6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1. SINIF II. YARIYIL.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351DFD4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Statü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704C705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T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D53E028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U</w:t>
            </w:r>
          </w:p>
        </w:tc>
        <w:tc>
          <w:tcPr>
            <w:tcW w:w="230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5CB5A77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L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55A4B57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K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40926B7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AKTS</w:t>
            </w:r>
          </w:p>
        </w:tc>
      </w:tr>
      <w:tr w:rsidR="00CA12D7" w:rsidRPr="00F90D89" w14:paraId="1322284C" w14:textId="77777777" w:rsidTr="00F90D89">
        <w:trPr>
          <w:trHeight w:val="20"/>
          <w:jc w:val="center"/>
        </w:trPr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A2A5627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0201101</w:t>
            </w: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537D362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Hemşireliğe Giriş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9B53FC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Zorunlu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95D7636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18CCE30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1CEAF61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12AC899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15E68F1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0201102</w:t>
            </w: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DECAF21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Hemşirelik Esasları a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C076D10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Zorunlu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3EFE41F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50F1C8E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230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FC73C44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95FDDE3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DD0177E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</w:tr>
      <w:tr w:rsidR="00CA12D7" w:rsidRPr="00F90D89" w14:paraId="6F4D8437" w14:textId="77777777" w:rsidTr="00F90D89">
        <w:trPr>
          <w:trHeight w:val="20"/>
          <w:jc w:val="center"/>
        </w:trPr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070B830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0201103</w:t>
            </w: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F56D558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Anatomi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1434485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Zorunlu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CA87AF4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681DE46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F38F208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6A9E524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EC84D74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0201104</w:t>
            </w: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5501789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Psikoloji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CA3A5AE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Zorunlu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D17E5EC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8DC3CD0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30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415EC99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8229F25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340280F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CA12D7" w:rsidRPr="00F90D89" w14:paraId="0E637FD6" w14:textId="77777777" w:rsidTr="00F90D89">
        <w:trPr>
          <w:trHeight w:val="20"/>
          <w:jc w:val="center"/>
        </w:trPr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BD617B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0201105</w:t>
            </w: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F595466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Histoloji/Embriyoloji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107A360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Zorunlu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D1356F0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9FB36D1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572AC8B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B522850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9E15A69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0201106</w:t>
            </w: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5561D5A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Fizyoloji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3B0C9C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Zorunlu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03AC1F2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92F4026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30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4BCC67A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916F389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089B7F9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CA12D7" w:rsidRPr="00F90D89" w14:paraId="398A4B00" w14:textId="77777777" w:rsidTr="00F90D89">
        <w:trPr>
          <w:trHeight w:val="20"/>
          <w:jc w:val="center"/>
        </w:trPr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A2BE6F2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0201107</w:t>
            </w: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147A037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Biyokimya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3DA30B3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Zorunlu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48B313E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AED1F25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5D09F71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F817316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429064F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0101102</w:t>
            </w: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4E3CD27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Türk Dili-II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24243CF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Zorunlu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3303298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B11B540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30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16355C2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ADDC778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93A3830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CA12D7" w:rsidRPr="00F90D89" w14:paraId="20FC8DC5" w14:textId="77777777" w:rsidTr="00F90D89">
        <w:trPr>
          <w:trHeight w:val="20"/>
          <w:jc w:val="center"/>
        </w:trPr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96C165F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0201109</w:t>
            </w: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2A2E60C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Temel Mikrobiyoloji veParazitoloji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E60224B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Zorunlu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910591C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337540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CA03823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9966025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8F34595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0102102</w:t>
            </w: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7C12C50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Atatürk İlkeleri ve İnkılap Tarihi-II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8CDC1F7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Zorunlu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89716D1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75333F5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30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DFD0449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E9A4CE6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084C815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CA12D7" w:rsidRPr="00F90D89" w14:paraId="12611A5B" w14:textId="77777777" w:rsidTr="00F90D89">
        <w:trPr>
          <w:trHeight w:val="20"/>
          <w:jc w:val="center"/>
        </w:trPr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3D784A1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0101101</w:t>
            </w: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E07C198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Türk Dili-I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A9ACB66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Zorunlu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F79C01A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CCB7A31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51B6DFC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857419F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67D723C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0103102</w:t>
            </w: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5946334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İngilizce-II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8AEA205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Zorunlu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E8A9BBF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685A083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30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F6BAF48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1305A5C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7076958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CA12D7" w:rsidRPr="00F90D89" w14:paraId="6B128826" w14:textId="77777777" w:rsidTr="00F90D89">
        <w:trPr>
          <w:trHeight w:val="20"/>
          <w:jc w:val="center"/>
        </w:trPr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23CD02E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0102101</w:t>
            </w: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20B3440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Atatürk İlkeleri ve İnkılap Tarihi-I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2E05649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Zorunlu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35B22F5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A58F52E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1C2E04A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C237D61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88DCDE0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31FE9D5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TOPLAM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A5A79F5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C055CDB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4C827E3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230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DAED947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7D239E9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7044D34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</w:tr>
      <w:tr w:rsidR="00CA12D7" w:rsidRPr="00F90D89" w14:paraId="1F56F201" w14:textId="77777777" w:rsidTr="00F90D89">
        <w:trPr>
          <w:trHeight w:val="20"/>
          <w:jc w:val="center"/>
        </w:trPr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0FE05DA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0103101</w:t>
            </w: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C33532F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İngilizce-I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80B2DDC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Zorunlu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FEB0719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67C0A12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F9B3306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00148E4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C563942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2DF5810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 Ders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D425BC5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5C75501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B14E94C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0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C46CB98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2FD6EE5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F941783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CA12D7" w:rsidRPr="00F90D89" w14:paraId="4895A8B7" w14:textId="77777777" w:rsidTr="00F90D89">
        <w:trPr>
          <w:trHeight w:val="20"/>
          <w:jc w:val="center"/>
        </w:trPr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58EDC1D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49F36E0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TOPLAM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B091042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5C18880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C9E45C7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EE7D4B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ED90A49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76C7221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6632D23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DÖNEM TOPLAMI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5C766B1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DBB5903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7529139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0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599F5F8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E7E2920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8FC7808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</w:tr>
      <w:tr w:rsidR="00CA12D7" w:rsidRPr="00F90D89" w14:paraId="384D056C" w14:textId="77777777" w:rsidTr="00F90D89">
        <w:trPr>
          <w:trHeight w:val="20"/>
          <w:jc w:val="center"/>
        </w:trPr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0765E35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808D60B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 Ders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6084615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6753E30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ADF97DE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ED21716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CCC6EFF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9CB1BD4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FF78323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56E9781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EB6F5C6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BFF7276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0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1D70849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165B641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60DBE5E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A12D7" w:rsidRPr="00F90D89" w14:paraId="637C6608" w14:textId="77777777" w:rsidTr="00F90D89">
        <w:trPr>
          <w:trHeight w:val="20"/>
          <w:jc w:val="center"/>
        </w:trPr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DD5E1F0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149AF00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DÖNEM TOPLAMI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2CB3B63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9B21B22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0C7BCD9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9A48DFA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8E76BB1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11B1DCC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852F34D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14CA2CB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40E2D13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EE3F7E3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0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AA98BF8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56B6E07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568E094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A12D7" w:rsidRPr="00F90D89" w14:paraId="5C0AC55E" w14:textId="77777777" w:rsidTr="00F90D89">
        <w:trPr>
          <w:trHeight w:val="20"/>
          <w:jc w:val="center"/>
        </w:trPr>
        <w:tc>
          <w:tcPr>
            <w:tcW w:w="5284" w:type="dxa"/>
            <w:gridSpan w:val="7"/>
            <w:shd w:val="clear" w:color="auto" w:fill="D9D9D9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66319B2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b/>
                <w:sz w:val="16"/>
                <w:szCs w:val="16"/>
              </w:rPr>
              <w:t>SEÇMELİ DERSLER</w:t>
            </w:r>
          </w:p>
        </w:tc>
        <w:tc>
          <w:tcPr>
            <w:tcW w:w="5514" w:type="dxa"/>
            <w:gridSpan w:val="8"/>
            <w:shd w:val="clear" w:color="auto" w:fill="D9D9D9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2DDA4DF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b/>
                <w:sz w:val="16"/>
                <w:szCs w:val="16"/>
              </w:rPr>
              <w:t>SEÇMELİ DERSLER</w:t>
            </w:r>
          </w:p>
        </w:tc>
      </w:tr>
      <w:tr w:rsidR="00CA12D7" w:rsidRPr="00F90D89" w14:paraId="17C9FF54" w14:textId="77777777" w:rsidTr="00F90D89">
        <w:trPr>
          <w:trHeight w:val="20"/>
          <w:jc w:val="center"/>
        </w:trPr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442967E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0104101</w:t>
            </w: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9943678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Beden Eğitimi-I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5FA5324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F5452BC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0F6DB27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9422D60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AD39D48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345B218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0104102</w:t>
            </w: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3CDFB84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Beden Eğitimi-II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036C4A8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023395F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25CD146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30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DD52326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4B255E6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8964460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CA12D7" w:rsidRPr="00F90D89" w14:paraId="54087B35" w14:textId="77777777" w:rsidTr="00F90D89">
        <w:trPr>
          <w:trHeight w:val="20"/>
          <w:jc w:val="center"/>
        </w:trPr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B54F4EF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0105101</w:t>
            </w: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545503D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Müzik-I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F23FEB8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2EF820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95D292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6019850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63CFD4A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CCE03FC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0105102</w:t>
            </w: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67B9704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Müzik-II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E5D3E54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A2D2078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0434A21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30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07F7FBF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6549F3A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76D37F5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CA12D7" w:rsidRPr="00F90D89" w14:paraId="540919FF" w14:textId="77777777" w:rsidTr="00F90D89">
        <w:trPr>
          <w:trHeight w:val="20"/>
          <w:jc w:val="center"/>
        </w:trPr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46B8BD9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0106101</w:t>
            </w: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CE0FDBE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Temel Bilgisayar Bilgisi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E7329CE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3179E21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C1A06BF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D818E0C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E335932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2F1B027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0106102</w:t>
            </w: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CFF8B9B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Bilgisayar Programları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29B7F11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2668D24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3414903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30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A9AD500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0EA5AD5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9AB848E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CA12D7" w:rsidRPr="00F90D89" w14:paraId="1B34DA6F" w14:textId="77777777" w:rsidTr="00F90D89">
        <w:trPr>
          <w:trHeight w:val="20"/>
          <w:jc w:val="center"/>
        </w:trPr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C372061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9E213C9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11DEB1A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3D0F933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2F4C835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3B17951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A87C6A9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5DCF7A4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9153BE5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Ortak Seçmeli Ders*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EA7C0EA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4A0D376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8DD127D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0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41AF6DC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97D51A1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7B16321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CA12D7" w:rsidRPr="00F90D89" w14:paraId="56E854E3" w14:textId="77777777" w:rsidTr="00F90D89">
        <w:trPr>
          <w:trHeight w:val="20"/>
          <w:jc w:val="center"/>
        </w:trPr>
        <w:tc>
          <w:tcPr>
            <w:tcW w:w="10798" w:type="dxa"/>
            <w:gridSpan w:val="15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5AC87F3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b/>
                <w:sz w:val="16"/>
                <w:szCs w:val="16"/>
              </w:rPr>
              <w:t>İKİNCİ YIL</w:t>
            </w:r>
          </w:p>
        </w:tc>
      </w:tr>
      <w:tr w:rsidR="00CA12D7" w:rsidRPr="00F90D89" w14:paraId="0A3D5EC3" w14:textId="77777777" w:rsidTr="00F90D89">
        <w:trPr>
          <w:trHeight w:val="20"/>
          <w:jc w:val="center"/>
        </w:trPr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A0D599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b/>
                <w:sz w:val="16"/>
                <w:szCs w:val="16"/>
              </w:rPr>
              <w:t>Kod</w:t>
            </w: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D33AB02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gramStart"/>
            <w:r w:rsidRPr="00F90D89">
              <w:rPr>
                <w:rFonts w:ascii="Times New Roman" w:hAnsi="Times New Roman" w:cs="Times New Roman"/>
                <w:b/>
                <w:sz w:val="16"/>
                <w:szCs w:val="16"/>
              </w:rPr>
              <w:t>2.SINIF</w:t>
            </w:r>
            <w:proofErr w:type="gramEnd"/>
            <w:r w:rsidRPr="00F90D8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III. YARIYIL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23456C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b/>
                <w:sz w:val="16"/>
                <w:szCs w:val="16"/>
              </w:rPr>
              <w:t>Statü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CF2BF9A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7AD5B94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b/>
                <w:sz w:val="16"/>
                <w:szCs w:val="16"/>
              </w:rPr>
              <w:t>U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09EEE11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b/>
                <w:sz w:val="16"/>
                <w:szCs w:val="16"/>
              </w:rPr>
              <w:t>K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C1FEFF3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b/>
                <w:sz w:val="16"/>
                <w:szCs w:val="16"/>
              </w:rPr>
              <w:t>AKTS</w:t>
            </w:r>
          </w:p>
        </w:tc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044F4C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b/>
                <w:sz w:val="16"/>
                <w:szCs w:val="16"/>
              </w:rPr>
              <w:t>Kod</w:t>
            </w: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07026C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gramStart"/>
            <w:r w:rsidRPr="00F90D89">
              <w:rPr>
                <w:rFonts w:ascii="Times New Roman" w:hAnsi="Times New Roman" w:cs="Times New Roman"/>
                <w:b/>
                <w:sz w:val="16"/>
                <w:szCs w:val="16"/>
              </w:rPr>
              <w:t>2.SINIF</w:t>
            </w:r>
            <w:proofErr w:type="gramEnd"/>
            <w:r w:rsidRPr="00F90D8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IV. YARIYIL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98D6782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b/>
                <w:sz w:val="16"/>
                <w:szCs w:val="16"/>
              </w:rPr>
              <w:t>Statü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0C8A252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C07F131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b/>
                <w:sz w:val="16"/>
                <w:szCs w:val="16"/>
              </w:rPr>
              <w:t>U</w:t>
            </w:r>
          </w:p>
        </w:tc>
        <w:tc>
          <w:tcPr>
            <w:tcW w:w="230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7BCB0A0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b/>
                <w:sz w:val="16"/>
                <w:szCs w:val="16"/>
              </w:rPr>
              <w:t>L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CD0E370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b/>
                <w:sz w:val="16"/>
                <w:szCs w:val="16"/>
              </w:rPr>
              <w:t>K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4B1F62A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b/>
                <w:sz w:val="16"/>
                <w:szCs w:val="16"/>
              </w:rPr>
              <w:t>AKTS</w:t>
            </w:r>
          </w:p>
        </w:tc>
      </w:tr>
      <w:tr w:rsidR="00CA12D7" w:rsidRPr="00F90D89" w14:paraId="36D87FB3" w14:textId="77777777" w:rsidTr="00F90D89">
        <w:trPr>
          <w:trHeight w:val="20"/>
          <w:jc w:val="center"/>
        </w:trPr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F690679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0201209</w:t>
            </w: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B2A5388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İç Hastalıkları Hemşireliği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1D360C0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Zorunlu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5335F24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ED5ED86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0061ADB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540E9A0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64F5D18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0201202</w:t>
            </w: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DB32B2B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Cerrahi Hastalıkları Hemşireliği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D8BE2E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Zorunlu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A8D9F93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62F9F73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30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C04B879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C25CE8E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171D3D5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</w:tr>
      <w:tr w:rsidR="00CA12D7" w:rsidRPr="00F90D89" w14:paraId="7756CD72" w14:textId="77777777" w:rsidTr="00F90D89">
        <w:trPr>
          <w:trHeight w:val="20"/>
          <w:jc w:val="center"/>
        </w:trPr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AA7D078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0201211</w:t>
            </w: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2F5484A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Patoloji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6E2F74F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Zorunlu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C363C90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7BE26E5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4E6FD15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C87B299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CDB5240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0201208</w:t>
            </w: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4EF43B5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İlk Yardım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A054427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Zorunlu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7147E5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840625F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30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90A8CE9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4CC9B8B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877CF42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CA12D7" w:rsidRPr="00F90D89" w14:paraId="1C2E8738" w14:textId="77777777" w:rsidTr="00F90D89">
        <w:trPr>
          <w:trHeight w:val="20"/>
          <w:jc w:val="center"/>
        </w:trPr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81490A3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0201205</w:t>
            </w: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7FDB195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Farmakoloji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A9257FA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Zorunlu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B45EA29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43506A6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14D13C1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4FB99EB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34CBF29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0201206</w:t>
            </w: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24E6C39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Kendini Tanıma ve İletişim Yöntemleri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59AA8EF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Zorunlu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94FDE0C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8064A8E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30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466D50B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807EE53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34EAC23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CA12D7" w:rsidRPr="00F90D89" w14:paraId="7219AFC6" w14:textId="77777777" w:rsidTr="00F90D89">
        <w:trPr>
          <w:trHeight w:val="20"/>
          <w:jc w:val="center"/>
        </w:trPr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0063447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0201207</w:t>
            </w: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91065D4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Beslenmeye Giriş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51F4E49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Zorunlu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D0AF8F2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8FD3F1E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66B4EA0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DB3F2BE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B7439B7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0201210</w:t>
            </w: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4D70164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Bağımlılık ve Bağımlılık ile Mücadele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75D1FF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Zorunlu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AA0EB66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A7394A0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30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F199F87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50A0358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C2EFFD7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CA12D7" w:rsidRPr="00F90D89" w14:paraId="626C2329" w14:textId="77777777" w:rsidTr="00F90D89">
        <w:trPr>
          <w:trHeight w:val="20"/>
          <w:jc w:val="center"/>
        </w:trPr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E792282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0112100</w:t>
            </w: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82DBE80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Dijital Okuryazarlık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DF21635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Zorunlu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B4AC3B4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E4278B4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71D6096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D0F5A78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10E90BA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6D2EF09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TOPLAM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5290058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0FEE74E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DFC676E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30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71898BF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5A8DF46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A8A304F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</w:tr>
      <w:tr w:rsidR="00CA12D7" w:rsidRPr="00F90D89" w14:paraId="26F2671D" w14:textId="77777777" w:rsidTr="00F90D89">
        <w:trPr>
          <w:trHeight w:val="20"/>
          <w:jc w:val="center"/>
        </w:trPr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98DBB47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D567565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TOPLAM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8E2A564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9EFD75A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125726E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4A3E4E4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E90CD20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41A3DB5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DBE36FA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 Ders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54FCFC9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1E3505A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88E499C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30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5AAD95C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66189A4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6EA5602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CA12D7" w:rsidRPr="00F90D89" w14:paraId="05D2510C" w14:textId="77777777" w:rsidTr="00F90D89">
        <w:trPr>
          <w:trHeight w:val="20"/>
          <w:jc w:val="center"/>
        </w:trPr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C6A9BF3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0EDA001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 Ders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7202154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6AB5A9F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6C06E10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F4B2FA9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27023AF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315E0BE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95BAFA3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 Ders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D6DFF84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FF05C17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309E933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30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E441354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4A67A7F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1B63314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CA12D7" w:rsidRPr="00F90D89" w14:paraId="17EC843C" w14:textId="77777777" w:rsidTr="00F90D89">
        <w:trPr>
          <w:trHeight w:val="20"/>
          <w:jc w:val="center"/>
        </w:trPr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07BF779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ED1CD0C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 Ders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1B43B5F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A568892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4C239CF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A307BD5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10B9F14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5E2901E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FBF9E2B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Pedagojik Formasyon Eğitimi**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523DE90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C1E3FC2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F80E2A6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30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E83C6CE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06EB823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29ACE63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CA12D7" w:rsidRPr="00F90D89" w14:paraId="2D1E3CF2" w14:textId="77777777" w:rsidTr="00F90D89">
        <w:trPr>
          <w:trHeight w:val="20"/>
          <w:jc w:val="center"/>
        </w:trPr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799A439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C3E01EA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Pedagojik Formasyon Eğitimi**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1DC345E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7D1C321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5379FAF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1F5B61F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A5889EC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1AFE13B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3603447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Pedagojik Formasyon Eğitimi**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CC26934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94ABF77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3A00E54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30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E5254AE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787587A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E59FBD1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CA12D7" w:rsidRPr="00F90D89" w14:paraId="5D4BDAF3" w14:textId="77777777" w:rsidTr="00F90D89">
        <w:trPr>
          <w:trHeight w:val="20"/>
          <w:jc w:val="center"/>
        </w:trPr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C14D658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66FE448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Pedagojik Formasyon Eğitimi**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D9570C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9154FB8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1A05196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E66B831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5B4FB55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B1AA2F4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7EA3187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DÖNEM TOPLAMI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E7AB514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4817A1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63666B4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30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00EDBC3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5118F8C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DBCC12E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</w:tr>
      <w:tr w:rsidR="00CA12D7" w:rsidRPr="00F90D89" w14:paraId="5EE294E0" w14:textId="77777777" w:rsidTr="00F90D89">
        <w:trPr>
          <w:trHeight w:val="20"/>
          <w:jc w:val="center"/>
        </w:trPr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21B82EE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47AB875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DÖNEM TOPLAMI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3032BBB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BB18CD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575AB4A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E3907C7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CEC4B96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01CA1B8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574DCCC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F47467E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C681515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FFDA124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0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01BCC1A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571DC30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C18CFA3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A12D7" w:rsidRPr="00F90D89" w14:paraId="6C7D205A" w14:textId="77777777" w:rsidTr="00F90D89">
        <w:trPr>
          <w:trHeight w:val="20"/>
          <w:jc w:val="center"/>
        </w:trPr>
        <w:tc>
          <w:tcPr>
            <w:tcW w:w="5284" w:type="dxa"/>
            <w:gridSpan w:val="7"/>
            <w:shd w:val="clear" w:color="auto" w:fill="D9D9D9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5764E89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b/>
                <w:sz w:val="16"/>
                <w:szCs w:val="16"/>
              </w:rPr>
              <w:t>SEÇMELİ DERSLER</w:t>
            </w:r>
          </w:p>
        </w:tc>
        <w:tc>
          <w:tcPr>
            <w:tcW w:w="5514" w:type="dxa"/>
            <w:gridSpan w:val="8"/>
            <w:shd w:val="clear" w:color="auto" w:fill="D9D9D9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6AFAC99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b/>
                <w:sz w:val="16"/>
                <w:szCs w:val="16"/>
              </w:rPr>
              <w:t>SEÇMELİ DERSLER</w:t>
            </w:r>
          </w:p>
        </w:tc>
      </w:tr>
      <w:tr w:rsidR="00CA12D7" w:rsidRPr="00F90D89" w14:paraId="3F05D548" w14:textId="77777777" w:rsidTr="00F90D89">
        <w:trPr>
          <w:trHeight w:val="20"/>
          <w:jc w:val="center"/>
        </w:trPr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74F146F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0201001</w:t>
            </w: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FCFA3D7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Enfeksiyon Kontrolü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BCD4DD0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E2F152E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F4C5FDA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005F561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FA35325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7B9822A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0201002</w:t>
            </w: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2C3694B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Evde Hasta Bakımı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DAB022B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47EEDA3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46F51AB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30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D9CE396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6D3E2D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9B2E4F1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CA12D7" w:rsidRPr="00F90D89" w14:paraId="6AE3BB80" w14:textId="77777777" w:rsidTr="00F90D89">
        <w:trPr>
          <w:trHeight w:val="20"/>
          <w:jc w:val="center"/>
        </w:trPr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DD3FBE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0201003</w:t>
            </w: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874ABF5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Sağlık Tanılaması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EF5AF52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253A40C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DC9303B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A4C3966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942E289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5F96B7F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0201004</w:t>
            </w: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C9DDD26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Stres Yönetimi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F39D7DE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91B2A0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2291CBA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30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E3FC38A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F3D7945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46251AA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CA12D7" w:rsidRPr="00F90D89" w14:paraId="2A8AD490" w14:textId="77777777" w:rsidTr="00F90D89">
        <w:trPr>
          <w:trHeight w:val="20"/>
          <w:jc w:val="center"/>
        </w:trPr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D9D080C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0201005</w:t>
            </w: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C4A9970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Diyabet Hemşireliği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4ED38CC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BA8E583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979D904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2871CAE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4644230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54BF265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0201008</w:t>
            </w: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D9EE70E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Kardiyoloji Hemşireliği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412E02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32EDAE4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7902DA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30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1351F51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DFF1541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DDF4C9B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CA12D7" w:rsidRPr="00F90D89" w14:paraId="102D913E" w14:textId="77777777" w:rsidTr="00F90D89">
        <w:trPr>
          <w:trHeight w:val="20"/>
          <w:jc w:val="center"/>
        </w:trPr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B0974B3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0201007</w:t>
            </w: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4CECF72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Hemşirelik Süreci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CF908C7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8D29541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1B4CC15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00629EE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783634E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6858AFE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0201010</w:t>
            </w: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C31FC15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Sağlık Sosyolojisi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4A061E2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7D7F40A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2BA14C7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30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7BBD46A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BD089E0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A462607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CA12D7" w:rsidRPr="00F90D89" w14:paraId="5374FB68" w14:textId="77777777" w:rsidTr="00F90D89">
        <w:trPr>
          <w:trHeight w:val="20"/>
          <w:jc w:val="center"/>
        </w:trPr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F29C1E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0201009</w:t>
            </w: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0018919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Yoğun Bakım Hemşireliği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5F5626B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1CD70A7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167589C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4BF3D61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7A28184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04F5F2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0201012</w:t>
            </w: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002F9FF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Akılcı İlaç Kullanımı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D3D6B67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84E1800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6FB79B6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30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879206D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9DD98E4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53F2B82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CA12D7" w:rsidRPr="00F90D89" w14:paraId="6152E8B7" w14:textId="77777777" w:rsidTr="00F90D89">
        <w:trPr>
          <w:trHeight w:val="20"/>
          <w:jc w:val="center"/>
        </w:trPr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9DDB52C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0201011</w:t>
            </w: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97C4481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Bulaşıcı Hastalıklar Hemşireliği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F5CFBCE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D34D9BC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F920192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F533D0B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759A457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502732C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0201036</w:t>
            </w: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A094975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Tıbbi Biyoloji ve Genetik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153EB9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B82C544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2D6BCBC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30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3135BE0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8B88992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A82A724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CA12D7" w:rsidRPr="00F90D89" w14:paraId="3D1CD84C" w14:textId="77777777" w:rsidTr="00F90D89">
        <w:trPr>
          <w:trHeight w:val="20"/>
          <w:jc w:val="center"/>
        </w:trPr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4B6B01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0201039</w:t>
            </w: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F8F1723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Tıbbi Cihaz ve Malzemeler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F7761F3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1F55EA6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D3CE90F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4C5CDBA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37213F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A75AC52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PFE002</w:t>
            </w: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F60B6B4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Sınıf Yönetimi**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C4E0D53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962259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549A046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30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49665A9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8C6E221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0DDEEBE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CA12D7" w:rsidRPr="00F90D89" w14:paraId="0A356667" w14:textId="77777777" w:rsidTr="00F90D89">
        <w:trPr>
          <w:trHeight w:val="20"/>
          <w:jc w:val="center"/>
        </w:trPr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6A2BD52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PFE001</w:t>
            </w: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C45A0DE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Eğitime Giriş**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63959B0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1328423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A040C53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859D5A6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96600C4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93859A2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PFE004</w:t>
            </w: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1D39469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Özel Öğretim Yöntemleri**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CF163F4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3943905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85C4332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30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68A887D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BA30D83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94A15DB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CA12D7" w:rsidRPr="00F90D89" w14:paraId="18950B28" w14:textId="77777777" w:rsidTr="00F90D89">
        <w:trPr>
          <w:trHeight w:val="20"/>
          <w:jc w:val="center"/>
        </w:trPr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DA629DA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PFE003</w:t>
            </w: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AA05F06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Öğretim İlke ve Yöntemleri**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56A1FF3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358A504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ABF47F8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738D3CE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A225016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1675C6B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5515B73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Ortak Seçmeli Ders*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D2E17CF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C540930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EF1379F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0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6EFD004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90BE9AB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9101226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CA12D7" w:rsidRPr="00F90D89" w14:paraId="41301BB0" w14:textId="77777777" w:rsidTr="00F90D89">
        <w:trPr>
          <w:trHeight w:val="20"/>
          <w:jc w:val="center"/>
        </w:trPr>
        <w:tc>
          <w:tcPr>
            <w:tcW w:w="10798" w:type="dxa"/>
            <w:gridSpan w:val="15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B7C78BA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b/>
                <w:sz w:val="16"/>
                <w:szCs w:val="16"/>
              </w:rPr>
              <w:t>ÜÇÜNCÜ YIL</w:t>
            </w:r>
          </w:p>
        </w:tc>
      </w:tr>
      <w:tr w:rsidR="00CA12D7" w:rsidRPr="00F90D89" w14:paraId="3699BCC8" w14:textId="77777777" w:rsidTr="00F90D89">
        <w:trPr>
          <w:trHeight w:val="20"/>
          <w:jc w:val="center"/>
        </w:trPr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DA2F78A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Kod</w:t>
            </w: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FFF69B6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3. SINIF V. YARIYIL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4873945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Statü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2ACD0D9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T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AD50B4B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U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A1F1CD5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K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6A1D019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AKTS</w:t>
            </w:r>
          </w:p>
        </w:tc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8B93C2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Kod</w:t>
            </w: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546762C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3.SINIF</w:t>
            </w:r>
            <w:proofErr w:type="gramEnd"/>
            <w:r w:rsidRPr="00F90D89">
              <w:rPr>
                <w:rFonts w:ascii="Times New Roman" w:hAnsi="Times New Roman" w:cs="Times New Roman"/>
                <w:sz w:val="16"/>
                <w:szCs w:val="16"/>
              </w:rPr>
              <w:t xml:space="preserve"> VI. YARIYIL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B303813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Statü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3E3EC53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T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9EDE133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U</w:t>
            </w:r>
          </w:p>
        </w:tc>
        <w:tc>
          <w:tcPr>
            <w:tcW w:w="230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5E55272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L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998AF10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K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180D5E0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AKTS</w:t>
            </w:r>
          </w:p>
        </w:tc>
      </w:tr>
      <w:tr w:rsidR="00CA12D7" w:rsidRPr="00F90D89" w14:paraId="20E6CE8C" w14:textId="77777777" w:rsidTr="00F90D89">
        <w:trPr>
          <w:trHeight w:val="20"/>
          <w:jc w:val="center"/>
        </w:trPr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2EC064B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0201301</w:t>
            </w: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3BA4994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Doğum ve Kadın Hastalıkları Hemşireliği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CA5A6E7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Zorunlu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A00DA97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DCE9132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8A509CC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E75C0C2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670B0AA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0201302</w:t>
            </w: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C362998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Çocuk Sağlığı ve Hastalıkları Hemşireliği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4E6A321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Zorunlu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F0D0D04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2B93F1A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30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7B68A74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0EA8551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00953F6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</w:tr>
      <w:tr w:rsidR="00CA12D7" w:rsidRPr="00F90D89" w14:paraId="495BB527" w14:textId="77777777" w:rsidTr="00F90D89">
        <w:trPr>
          <w:trHeight w:val="20"/>
          <w:jc w:val="center"/>
        </w:trPr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18EA3F4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0201303</w:t>
            </w: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834B256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Hemşirelikte Araştırma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8AA8042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Zorunlu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00736D9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FCFF8A0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881EB24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B2695D4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24EA003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0201304</w:t>
            </w: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D5D5D33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Biyoistatistik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1CD134A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Zorunlu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369ECB4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1AA81AB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30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53D5384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CB9B2FC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B146B0E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CA12D7" w:rsidRPr="00F90D89" w14:paraId="2E6D576F" w14:textId="77777777" w:rsidTr="00F90D89">
        <w:trPr>
          <w:trHeight w:val="20"/>
          <w:jc w:val="center"/>
        </w:trPr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E41746E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0201305</w:t>
            </w: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01C82F2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Hemşirelik Tarihi, Deontolojisi ve Yasaları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0D82F5E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Zorunlu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09DFE7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838FD57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D5BDD14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83D2674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CF8EFFB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0201306</w:t>
            </w: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51B40BB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Epidemiyoloji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18F29E3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Zorunlu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C46CF24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3858493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30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43BD5D7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6877C29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6B30FAE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CA12D7" w:rsidRPr="00F90D89" w14:paraId="1DADBD73" w14:textId="77777777" w:rsidTr="00F90D89">
        <w:trPr>
          <w:trHeight w:val="20"/>
          <w:jc w:val="center"/>
        </w:trPr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3C01345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AAFFEA7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TOPLAM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CC93C88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F2434E0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B0D5EC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AFAA7C2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D026351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FA8E9D9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E20185A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TOPLAM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0530B89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CEE749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2FC8FD1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30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E26042A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37AA4CA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3109195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</w:tr>
      <w:tr w:rsidR="00CA12D7" w:rsidRPr="00F90D89" w14:paraId="305D3F1B" w14:textId="77777777" w:rsidTr="00F90D89">
        <w:trPr>
          <w:trHeight w:val="20"/>
          <w:jc w:val="center"/>
        </w:trPr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D49A0B9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CA798AB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 Ders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498D28E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5D263C9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34AD375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89F2D9C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DA5880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2610E0C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064CC76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 Ders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6048624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69ABA30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8E5BC99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30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081087C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12F3ACA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BEF24A2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CA12D7" w:rsidRPr="00F90D89" w14:paraId="0C98B507" w14:textId="77777777" w:rsidTr="00F90D89">
        <w:trPr>
          <w:trHeight w:val="20"/>
          <w:jc w:val="center"/>
        </w:trPr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44ACA00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43417A6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 Ders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D7C173E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C947A7E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72C0CD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FF65300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7DB033E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81805A3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C9D2D2F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 Ders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4DB3E5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9F44AE8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BEA66F2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30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A7C2264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7400CF3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F3DB013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CA12D7" w:rsidRPr="00F90D89" w14:paraId="7BF76BD3" w14:textId="77777777" w:rsidTr="00F90D89">
        <w:trPr>
          <w:trHeight w:val="20"/>
          <w:jc w:val="center"/>
        </w:trPr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9658523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6B18761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Pedagojik Formasyon Eğitimi**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3A34ACA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A78E3DA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AC9EC12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F72727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49EFA4E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1F55474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BB5E956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Pedagojik Formasyon Eğitimi**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CC58A8B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160CB8B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96D4D30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30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1372565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BA27BC4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372F395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CA12D7" w:rsidRPr="00F90D89" w14:paraId="6DB9032A" w14:textId="77777777" w:rsidTr="00F90D89">
        <w:trPr>
          <w:trHeight w:val="20"/>
          <w:jc w:val="center"/>
        </w:trPr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DF06F8B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BF404EE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Pedagojik Formasyon Eğitimi**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B6E0BB6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7C3F227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32D7C03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2FB61A0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0DCE521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54F110F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54E3FC6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Pedagojik Formasyon Eğitimi**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5F141CF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376627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FAD2967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30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11A4603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7FCA2A7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1F8B808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CA12D7" w:rsidRPr="00F90D89" w14:paraId="58BE7250" w14:textId="77777777" w:rsidTr="00F90D89">
        <w:trPr>
          <w:trHeight w:val="20"/>
          <w:jc w:val="center"/>
        </w:trPr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DBB50A0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610F965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DÖNEM TOPLAMI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43C677E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C5B1168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CB7AB4E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D33B829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42CDB3B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7E33436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256C3ED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DÖNEM TOPLAMI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5A7196F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687BC53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0507F83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30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B38A9BE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7D4C01A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7DA9CCF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</w:tr>
      <w:tr w:rsidR="00CA12D7" w:rsidRPr="00F90D89" w14:paraId="3F645FE2" w14:textId="77777777" w:rsidTr="00F90D89">
        <w:trPr>
          <w:trHeight w:val="20"/>
          <w:jc w:val="center"/>
        </w:trPr>
        <w:tc>
          <w:tcPr>
            <w:tcW w:w="5284" w:type="dxa"/>
            <w:gridSpan w:val="7"/>
            <w:shd w:val="clear" w:color="auto" w:fill="D9D9D9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D343AFC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b/>
                <w:sz w:val="16"/>
                <w:szCs w:val="16"/>
              </w:rPr>
              <w:t>SEÇMELİ DERSLER</w:t>
            </w:r>
          </w:p>
        </w:tc>
        <w:tc>
          <w:tcPr>
            <w:tcW w:w="5514" w:type="dxa"/>
            <w:gridSpan w:val="8"/>
            <w:shd w:val="clear" w:color="auto" w:fill="D9D9D9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7C799CE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b/>
                <w:sz w:val="16"/>
                <w:szCs w:val="16"/>
              </w:rPr>
              <w:t>SEÇMELİ DERSLER</w:t>
            </w:r>
          </w:p>
        </w:tc>
      </w:tr>
      <w:tr w:rsidR="00CA12D7" w:rsidRPr="00F90D89" w14:paraId="16ECEC8E" w14:textId="77777777" w:rsidTr="00F90D89">
        <w:trPr>
          <w:trHeight w:val="20"/>
          <w:jc w:val="center"/>
        </w:trPr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8BF3819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0201013</w:t>
            </w: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AD7C623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Afetlerde Sağlık Hizmetleri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2D90941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B44C29A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7EA6C6F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74E93AC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C8413E9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1FCB71A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0201014</w:t>
            </w: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70911AC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Kişisel Hijyen ve Sanitasyon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1F7DA4B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C7E1B74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CF0116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30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0D945CF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A57ED6B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A3BE5D4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CA12D7" w:rsidRPr="00F90D89" w14:paraId="35A1C806" w14:textId="77777777" w:rsidTr="00F90D89">
        <w:trPr>
          <w:trHeight w:val="20"/>
          <w:jc w:val="center"/>
        </w:trPr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A3BC4B4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0201015</w:t>
            </w: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1F5DAF3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Diyaliz Hemşireliği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FDD6089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ACD53D1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21566EC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A1A3815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AE6815A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7FD3FF9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0201016</w:t>
            </w: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98C0AFA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Girişkenlik Eğitimi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C8DD249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7C946EF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FB327C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30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70AA94F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F0DFA44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646CFE2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CA12D7" w:rsidRPr="00F90D89" w14:paraId="45B0E906" w14:textId="77777777" w:rsidTr="00F90D89">
        <w:trPr>
          <w:trHeight w:val="20"/>
          <w:jc w:val="center"/>
        </w:trPr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A836D7E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0201017</w:t>
            </w: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F0C300C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Üreme Sağlığı ve Aile Planlaması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19C1BD1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CE40A7F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373A7B8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6F601CF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6B00C03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AC99034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0201018</w:t>
            </w: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1ADEED0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Büyüme-Gelişme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8AF65D2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BE21555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B595B3C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30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E0DE24B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5AF1464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8ADFC31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CA12D7" w:rsidRPr="00F90D89" w14:paraId="4B9F36E0" w14:textId="77777777" w:rsidTr="00F90D89">
        <w:trPr>
          <w:trHeight w:val="20"/>
          <w:jc w:val="center"/>
        </w:trPr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EE8635F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0201019</w:t>
            </w: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4390556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Gelişim ve Öğrenme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A8E7535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633383E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60148A9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A4D66B2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6697255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6542582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0201020</w:t>
            </w: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52FC505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Temel Yaşam Desteği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4A60DA9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166D2C0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0AFFF18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30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ADA1269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B01260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61DADBE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CA12D7" w:rsidRPr="00F90D89" w14:paraId="6B5FDE51" w14:textId="77777777" w:rsidTr="00F90D89">
        <w:trPr>
          <w:trHeight w:val="20"/>
          <w:jc w:val="center"/>
        </w:trPr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6091BF2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0201033</w:t>
            </w: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681F453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Kültürlerarası Hemşirelik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286CCBA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868B45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3DC47D9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4BD3788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A08453C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A54C6C5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0201022</w:t>
            </w: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15A4158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Onkoloji Hemşireliği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E899546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F308322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3238DFC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30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60AE632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B2DEA59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B843E8A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CA12D7" w:rsidRPr="00F90D89" w14:paraId="7E43CDE7" w14:textId="77777777" w:rsidTr="00F90D89">
        <w:trPr>
          <w:trHeight w:val="20"/>
          <w:jc w:val="center"/>
        </w:trPr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7E0AD61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0201035</w:t>
            </w: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16847EA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İmmünoloji ve Bağışıklama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89BC880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B67D74E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9BB881B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A613333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DF5F8A2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0500ECF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0201034</w:t>
            </w: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A54D845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Doğum Öncesi İzlem ve Bakım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3F983F8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6488C14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832B628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30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C82DCAC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358788C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4153FF7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CA12D7" w:rsidRPr="00F90D89" w14:paraId="59FB78DE" w14:textId="77777777" w:rsidTr="00F90D89">
        <w:trPr>
          <w:trHeight w:val="20"/>
          <w:jc w:val="center"/>
        </w:trPr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A3F1BB2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PFE005</w:t>
            </w: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2162A0C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Eğitimde Ölçme ve Değerlendirme**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757D28C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F350394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FD6F984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52F1200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9D243B1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27BD843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PFE006</w:t>
            </w: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42438AA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Rehberlik ve Özel Eğitim**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C9E9FAE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C60D2D2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9847876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30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A0E2D37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CE99BD5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90BEFC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CA12D7" w:rsidRPr="00F90D89" w14:paraId="315B33C9" w14:textId="77777777" w:rsidTr="00F90D89">
        <w:trPr>
          <w:trHeight w:val="20"/>
          <w:jc w:val="center"/>
        </w:trPr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F58BDFC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PFE007</w:t>
            </w: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A7D1E27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Eğitim Psikolojisi**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CFA7B16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050C851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621B6A6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668D560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ECE79E6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22744F8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PFE008</w:t>
            </w: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78DC4D3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Öğretim Teknolojileri**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4C48741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2858FB8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8E76E26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30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179554A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6C9B52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3384927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CA12D7" w:rsidRPr="00F90D89" w14:paraId="6D0F7779" w14:textId="77777777" w:rsidTr="00F90D89">
        <w:trPr>
          <w:trHeight w:val="20"/>
          <w:jc w:val="center"/>
        </w:trPr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2DE7EF6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CB96E24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Ortak Seçmeli Ders*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0C365EB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329D88B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764FCD3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8440A90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555FCF9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ED69AF3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A03227C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Ortak Seçmeli Ders*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54ED073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B9FD113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D24A522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0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1E00476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A17E720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20AA2A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CA12D7" w:rsidRPr="00F90D89" w14:paraId="68C43E1F" w14:textId="77777777" w:rsidTr="00F90D89">
        <w:trPr>
          <w:trHeight w:val="20"/>
          <w:jc w:val="center"/>
        </w:trPr>
        <w:tc>
          <w:tcPr>
            <w:tcW w:w="10798" w:type="dxa"/>
            <w:gridSpan w:val="15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56758BF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b/>
                <w:sz w:val="16"/>
                <w:szCs w:val="16"/>
              </w:rPr>
              <w:t>DÖRDÜNCÜ YIL</w:t>
            </w:r>
          </w:p>
        </w:tc>
      </w:tr>
      <w:tr w:rsidR="00CA12D7" w:rsidRPr="00F90D89" w14:paraId="0D497D05" w14:textId="77777777" w:rsidTr="00F90D89">
        <w:trPr>
          <w:trHeight w:val="20"/>
          <w:jc w:val="center"/>
        </w:trPr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B9027F1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Kod</w:t>
            </w: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4592BFA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4. SINIF VII. YARIYIL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BF91773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Statü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E055365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T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D5D2181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U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8DB4D92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K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03BAFB0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AKTS</w:t>
            </w:r>
          </w:p>
        </w:tc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CCF97A8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Kod</w:t>
            </w: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2F9BBA9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4. SINIF VIII. YARIYIL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1A10A05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Statü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A0A1EEB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T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1510F4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U</w:t>
            </w:r>
          </w:p>
        </w:tc>
        <w:tc>
          <w:tcPr>
            <w:tcW w:w="230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DC4CAC0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L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1A2F00E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K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2E02DCB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AKTS</w:t>
            </w:r>
          </w:p>
        </w:tc>
      </w:tr>
      <w:tr w:rsidR="00CA12D7" w:rsidRPr="00F90D89" w14:paraId="734C12FC" w14:textId="77777777" w:rsidTr="00F90D89">
        <w:trPr>
          <w:trHeight w:val="20"/>
          <w:jc w:val="center"/>
        </w:trPr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74DEC1A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0201401</w:t>
            </w: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3677FA1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Ruh Sağlığı ve Hastalıkları Hemşireliği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49829B2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Zorunlu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C843BDA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7F8D7C9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07B1FB2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E7BDC2A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0B9EB56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0201402</w:t>
            </w: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785FEEF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Halk Sağlığı Hemşireliği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A91F59B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Zorunlu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C8832E5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0155123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30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CD66C4D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905B5D6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B1DDA49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</w:tr>
      <w:tr w:rsidR="00CA12D7" w:rsidRPr="00F90D89" w14:paraId="56A31475" w14:textId="77777777" w:rsidTr="00F90D89">
        <w:trPr>
          <w:trHeight w:val="20"/>
          <w:jc w:val="center"/>
        </w:trPr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881401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0201403</w:t>
            </w: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1856809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Hemşirelikte Öğretim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5F4F066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Zorunlu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0B72556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D203B7E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8973627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C0546CA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1799E4E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0201404</w:t>
            </w: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1BAF7F7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Hemşirelikte Yönetim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CC7B2A5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Zorunlu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41D3DB4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0D51376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30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9584D17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B92402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4B4C97F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CA12D7" w:rsidRPr="00F90D89" w14:paraId="3D9E06E3" w14:textId="77777777" w:rsidTr="00F90D89">
        <w:trPr>
          <w:trHeight w:val="20"/>
          <w:jc w:val="center"/>
        </w:trPr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954A7FE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0201405</w:t>
            </w: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FBD8CCB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Mesleki İngilizce-I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5CF3990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Zorunlu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9E01FC7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63006A9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B7C546B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BBF4A3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48FD6EF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0201406</w:t>
            </w: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D356153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Mesleki İngilizce-II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3E3601A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Zorunlu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4EAB310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AE4630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30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6B8B554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711158E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574D1B7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CA12D7" w:rsidRPr="00F90D89" w14:paraId="7A4E845F" w14:textId="77777777" w:rsidTr="00F90D89">
        <w:trPr>
          <w:trHeight w:val="20"/>
          <w:jc w:val="center"/>
        </w:trPr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27B0F26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6011917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TOPLAM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32C83F7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DCF50E6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55F9446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EC7F98E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8BD71F0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6C8C441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F1DB0B4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TOPLAM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110C0FC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AC843FC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FE4FC79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30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EB6BDAC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39731C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A5E2F6F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</w:tr>
      <w:tr w:rsidR="00CA12D7" w:rsidRPr="00F90D89" w14:paraId="25B91915" w14:textId="77777777" w:rsidTr="00F90D89">
        <w:trPr>
          <w:trHeight w:val="20"/>
          <w:jc w:val="center"/>
        </w:trPr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139228E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7EF6698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 Ders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63FBA39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5D7F0DA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83FB45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EF70D1C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6BE9CE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996FAF3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02627BA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 Ders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2CED02F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31544B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1FAB9D7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30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AB822E8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51FE1CB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3260C77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CA12D7" w:rsidRPr="00F90D89" w14:paraId="5977A342" w14:textId="77777777" w:rsidTr="00F90D89">
        <w:trPr>
          <w:trHeight w:val="20"/>
          <w:jc w:val="center"/>
        </w:trPr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9040B07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B27E190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 Ders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40518DF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297E865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8BB4C2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46619E3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BFBF481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BDFC6F1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2DFC95D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 Ders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E3CEF5F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2B7C948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FB1AAB7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30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DEF2D56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BAB03A7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AB7D51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CA12D7" w:rsidRPr="00F90D89" w14:paraId="735DE0B8" w14:textId="77777777" w:rsidTr="00F90D89">
        <w:trPr>
          <w:trHeight w:val="20"/>
          <w:jc w:val="center"/>
        </w:trPr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DBF0021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PFE009</w:t>
            </w: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374D413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Pedagojik Formasyon Eğitimi**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3F88776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0719A4C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1394D0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E4D8D5E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03517FB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FE5CC71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DE0DB86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DÖNEM TOPLAMI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65280AA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61EE38E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A0CAAB5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30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2FDBFB6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BB0A0C7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214CF35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</w:tr>
      <w:tr w:rsidR="00CA12D7" w:rsidRPr="00F90D89" w14:paraId="4B07C7CB" w14:textId="77777777" w:rsidTr="00F90D89">
        <w:trPr>
          <w:trHeight w:val="20"/>
          <w:jc w:val="center"/>
        </w:trPr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382E316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F4EB781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DÖNEM TOPLAMI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9E2BB17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A301222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13485B6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6FA450C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A37C476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878C5C6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C480DC7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34564C2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8373BAC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9F8FD1E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0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013343F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BC8589D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FFC3EF3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A12D7" w:rsidRPr="00F90D89" w14:paraId="7BB7E7E6" w14:textId="77777777" w:rsidTr="00F90D89">
        <w:trPr>
          <w:trHeight w:val="20"/>
          <w:jc w:val="center"/>
        </w:trPr>
        <w:tc>
          <w:tcPr>
            <w:tcW w:w="5284" w:type="dxa"/>
            <w:gridSpan w:val="7"/>
            <w:shd w:val="clear" w:color="auto" w:fill="D9D9D9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4889695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b/>
                <w:sz w:val="16"/>
                <w:szCs w:val="16"/>
              </w:rPr>
              <w:t>SEÇMELİ DERSLER</w:t>
            </w:r>
          </w:p>
        </w:tc>
        <w:tc>
          <w:tcPr>
            <w:tcW w:w="5514" w:type="dxa"/>
            <w:gridSpan w:val="8"/>
            <w:shd w:val="clear" w:color="auto" w:fill="D9D9D9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70591D2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b/>
                <w:sz w:val="16"/>
                <w:szCs w:val="16"/>
              </w:rPr>
              <w:t>SEÇMELİ DERSLER</w:t>
            </w:r>
          </w:p>
        </w:tc>
      </w:tr>
      <w:tr w:rsidR="00CA12D7" w:rsidRPr="00F90D89" w14:paraId="050443D7" w14:textId="77777777" w:rsidTr="00F90D89">
        <w:trPr>
          <w:trHeight w:val="20"/>
          <w:jc w:val="center"/>
        </w:trPr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9484EC0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0201021</w:t>
            </w: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60200AE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Sosyal Sorumluluk Projesi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5E0E063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F0D1340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3A85D90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D1A1297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C47E3F4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D00CADA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0201024</w:t>
            </w: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272E46A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Sağlık Hukuku ve Hemşirelik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CB17A77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FB41DC5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BE6CFA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30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0BA1A22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E894E9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499A2B8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CA12D7" w:rsidRPr="00F90D89" w14:paraId="4E330F27" w14:textId="77777777" w:rsidTr="00F90D89">
        <w:trPr>
          <w:trHeight w:val="20"/>
          <w:jc w:val="center"/>
        </w:trPr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FAB3E2A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0201023</w:t>
            </w: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77C876F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Engellilerle Yaşam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F646D50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AC2748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0FDFA92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A829978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F464FAF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76BC42A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0201026</w:t>
            </w: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C51660F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İş Yeri Hemşireliği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9C52F62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CB78596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78CB42C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30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BE8A5F2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73303F6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B2BE669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CA12D7" w:rsidRPr="00F90D89" w14:paraId="292FC9C3" w14:textId="77777777" w:rsidTr="00F90D89">
        <w:trPr>
          <w:trHeight w:val="20"/>
          <w:jc w:val="center"/>
        </w:trPr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7D9302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0201025</w:t>
            </w: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219DC22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Yenidoğan Hemşireliği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51EB727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66532DA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35CC451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8E4194A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1AAF8C3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7161241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0201028</w:t>
            </w: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4C7110B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Psikodrama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3E5AD23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D2FDEE5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086E677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30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2440C98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7A3E0E3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4F72ABF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CA12D7" w:rsidRPr="00F90D89" w14:paraId="66B106D8" w14:textId="77777777" w:rsidTr="00F90D89">
        <w:trPr>
          <w:trHeight w:val="20"/>
          <w:jc w:val="center"/>
        </w:trPr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95C18A8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0201027</w:t>
            </w: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D2A9E33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Hemşirelik ve Liderlik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703FB11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EC3B4A2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4F5959F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C79EED2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CCBC402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02B52C6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0201030</w:t>
            </w: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9134BCC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Sağlığı Geliştirme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44FB118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049B358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67217B3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30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2041B0C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28E8037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FD98430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CA12D7" w:rsidRPr="00F90D89" w14:paraId="574C59B2" w14:textId="77777777" w:rsidTr="00F90D89">
        <w:trPr>
          <w:trHeight w:val="20"/>
          <w:jc w:val="center"/>
        </w:trPr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0606B67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0201029</w:t>
            </w: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E052D93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Hasta ve Çalışan Güvenliği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7B25478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F5F4101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44DB329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3DEDFAC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83790AC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6B5B906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0201032</w:t>
            </w: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4881145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Radyasyon ve Sağlık Fiziği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30B41BC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1E58F95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EC20923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30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4E584E3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427FE5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D56000A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CA12D7" w:rsidRPr="00F90D89" w14:paraId="5C3F526E" w14:textId="77777777" w:rsidTr="00F90D89">
        <w:trPr>
          <w:trHeight w:val="20"/>
          <w:jc w:val="center"/>
        </w:trPr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719E83E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0201031</w:t>
            </w: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7EF5F8D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Yaşlı Bakım Hemşireliği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5317393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52B8F96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3306EBF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415559A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181C1FA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9FB3CCF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0201038</w:t>
            </w: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6589262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Sağlık İletişimi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EF4BADA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DB123C6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FB62FF5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30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B5A995B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DB9F93F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29BC0C6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CA12D7" w:rsidRPr="00F90D89" w14:paraId="43335B7E" w14:textId="77777777" w:rsidTr="00F90D89">
        <w:trPr>
          <w:trHeight w:val="20"/>
          <w:jc w:val="center"/>
        </w:trPr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44A3263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PFE009</w:t>
            </w: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D7BAD13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Öğretmenlik Uygulaması**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CAB72B6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85CB4E4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7946392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2BCC297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E81D991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6849128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6C15A37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Ortak Seçmeli Ders*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2AEA9AC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1B02671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DBF99AA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0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A76D5B6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BF1A7D8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0C0E58E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CA12D7" w:rsidRPr="00F90D89" w14:paraId="3FDADE85" w14:textId="77777777" w:rsidTr="00F90D89">
        <w:trPr>
          <w:trHeight w:val="20"/>
          <w:jc w:val="center"/>
        </w:trPr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449C1A0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C95CA3A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Ortak Seçmeli Ders*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97BE843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18A4057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FD2EF98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A3E7795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97E5A8B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F646CB2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AAADF94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84FEE5B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D77FEBD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F745EDE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0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E684C0E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23A9405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C4D62F9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4A977C17" w14:textId="06BB46F5" w:rsidR="00CA12D7" w:rsidRPr="00182597" w:rsidRDefault="00182597">
      <w:pPr>
        <w:spacing w:before="40" w:after="0" w:line="228" w:lineRule="auto"/>
        <w:rPr>
          <w:sz w:val="13"/>
          <w:szCs w:val="13"/>
        </w:rPr>
      </w:pPr>
      <w:r w:rsidRPr="00182597">
        <w:rPr>
          <w:rFonts w:ascii="Arial" w:hAnsi="Arial"/>
          <w:b/>
          <w:sz w:val="13"/>
          <w:szCs w:val="13"/>
        </w:rPr>
        <w:t>ZORUNLU DERSLER:180 AKTS (%75)SEÇMELİDERSLER:60 AKTS(%25)PFE:40 AKTSTOPLAM:240 AKTS(%100)TOPLAM**:280 AKTS</w:t>
      </w:r>
      <w:r w:rsidRPr="00182597">
        <w:rPr>
          <w:rFonts w:ascii="Arial" w:hAnsi="Arial"/>
          <w:b/>
          <w:sz w:val="13"/>
          <w:szCs w:val="13"/>
        </w:rPr>
        <w:br/>
      </w:r>
      <w:r w:rsidRPr="00182597">
        <w:rPr>
          <w:rFonts w:ascii="Arial" w:hAnsi="Arial"/>
          <w:sz w:val="13"/>
          <w:szCs w:val="13"/>
        </w:rPr>
        <w:t>aHemşirelik Esasları dersi üst sınıftaki mesleki uygulamalı dersler için ön koşullu derstir.</w:t>
      </w:r>
      <w:r w:rsidRPr="00182597">
        <w:rPr>
          <w:rFonts w:ascii="Arial" w:hAnsi="Arial"/>
          <w:sz w:val="13"/>
          <w:szCs w:val="13"/>
        </w:rPr>
        <w:br/>
      </w:r>
    </w:p>
    <w:p w14:paraId="30806E26" w14:textId="33965E51" w:rsidR="00CA12D7" w:rsidRDefault="00CA12D7">
      <w:pPr>
        <w:spacing w:after="0"/>
        <w:jc w:val="center"/>
      </w:pPr>
    </w:p>
    <w:sectPr w:rsidR="00CA12D7" w:rsidSect="00034616">
      <w:pgSz w:w="11909" w:h="16834"/>
      <w:pgMar w:top="288" w:right="360" w:bottom="288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82597"/>
    <w:rsid w:val="0029639D"/>
    <w:rsid w:val="00326F90"/>
    <w:rsid w:val="00812A73"/>
    <w:rsid w:val="00AA1D8D"/>
    <w:rsid w:val="00AD42A2"/>
    <w:rsid w:val="00B47730"/>
    <w:rsid w:val="00CA12D7"/>
    <w:rsid w:val="00CB0664"/>
    <w:rsid w:val="00EF5842"/>
    <w:rsid w:val="00F90D8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BE3263"/>
  <w14:defaultImageDpi w14:val="300"/>
  <w15:docId w15:val="{FF1E1024-C7AB-EC40-BE5C-2746716AC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341BFAB-D7DC-446D-8661-238470D55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973</Words>
  <Characters>5547</Characters>
  <Application>Microsoft Office Word</Application>
  <DocSecurity>0</DocSecurity>
  <Lines>46</Lines>
  <Paragraphs>13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6507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ERHAN E</cp:lastModifiedBy>
  <cp:revision>2</cp:revision>
  <dcterms:created xsi:type="dcterms:W3CDTF">2026-08-19T08:58:00Z</dcterms:created>
  <dcterms:modified xsi:type="dcterms:W3CDTF">2026-08-19T08:58:00Z</dcterms:modified>
  <cp:category/>
</cp:coreProperties>
</file>