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A29A5" w14:textId="2D0FFBD7" w:rsidR="00CA12D7" w:rsidRDefault="00F90D89">
      <w:pPr>
        <w:spacing w:after="30" w:line="240" w:lineRule="auto"/>
        <w:jc w:val="center"/>
      </w:pPr>
      <w:r>
        <w:rPr>
          <w:rFonts w:ascii="Arial" w:hAnsi="Arial"/>
          <w:b/>
          <w:sz w:val="15"/>
        </w:rPr>
        <w:t>T.C</w:t>
      </w:r>
      <w:proofErr w:type="gramStart"/>
      <w:r>
        <w:rPr>
          <w:rFonts w:ascii="Arial" w:hAnsi="Arial"/>
          <w:b/>
          <w:sz w:val="15"/>
        </w:rPr>
        <w:t>.</w:t>
      </w:r>
      <w:proofErr w:type="gramEnd"/>
      <w:r>
        <w:rPr>
          <w:rFonts w:ascii="Arial" w:hAnsi="Arial"/>
          <w:b/>
          <w:sz w:val="15"/>
        </w:rPr>
        <w:br/>
        <w:t>KİLİS 7 ARALIK ÜNİVERSİTESİ</w:t>
      </w:r>
      <w:r>
        <w:rPr>
          <w:rFonts w:ascii="Arial" w:hAnsi="Arial"/>
          <w:b/>
          <w:sz w:val="15"/>
        </w:rPr>
        <w:br/>
        <w:t>YUSUF ŞEREFOĞLU</w:t>
      </w:r>
      <w:r w:rsidR="008024A2">
        <w:rPr>
          <w:rFonts w:ascii="Arial" w:hAnsi="Arial"/>
          <w:b/>
          <w:sz w:val="15"/>
        </w:rPr>
        <w:t xml:space="preserve"> SAĞLIK BİLİMLERİ FAKÜLTESİ</w:t>
      </w:r>
      <w:r w:rsidR="008024A2">
        <w:rPr>
          <w:rFonts w:ascii="Arial" w:hAnsi="Arial"/>
          <w:b/>
          <w:sz w:val="15"/>
        </w:rPr>
        <w:br/>
        <w:t>2026-2027</w:t>
      </w:r>
      <w:bookmarkStart w:id="0" w:name="_GoBack"/>
      <w:bookmarkEnd w:id="0"/>
      <w:r>
        <w:rPr>
          <w:rFonts w:ascii="Arial" w:hAnsi="Arial"/>
          <w:b/>
          <w:sz w:val="15"/>
        </w:rPr>
        <w:t xml:space="preserve"> EĞİTİM-ÖĞRETİM YILI HEMŞİRELİK BÖLÜMÜ DERS KATALOĞU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"/>
        <w:gridCol w:w="2736"/>
        <w:gridCol w:w="576"/>
        <w:gridCol w:w="259"/>
        <w:gridCol w:w="259"/>
        <w:gridCol w:w="259"/>
        <w:gridCol w:w="504"/>
        <w:gridCol w:w="691"/>
        <w:gridCol w:w="2736"/>
        <w:gridCol w:w="576"/>
        <w:gridCol w:w="259"/>
        <w:gridCol w:w="259"/>
        <w:gridCol w:w="230"/>
        <w:gridCol w:w="259"/>
        <w:gridCol w:w="504"/>
      </w:tblGrid>
      <w:tr w:rsidR="00CA12D7" w:rsidRPr="00F90D89" w14:paraId="4708D68F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5C67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BİRİNCİ YIL</w:t>
            </w:r>
          </w:p>
        </w:tc>
      </w:tr>
      <w:tr w:rsidR="00CA12D7" w:rsidRPr="00F90D89" w14:paraId="4E1F19B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1C06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44E5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1. SINIF 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37D8B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822BC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D6DB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B021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0DC75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5E1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B588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1. SINIF II. YARIYIL.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51DFD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04C7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53E02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CB5A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A4B5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0926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</w:tr>
      <w:tr w:rsidR="00CA12D7" w:rsidRPr="00F90D89" w14:paraId="1322284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2A56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37D36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Hemşireliğe Giriş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B53F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D763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8CCE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CEAF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2AC8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5E68F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ECAF2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Esasları a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076D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EFE41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0F1C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C73C4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FDD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D017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6F4D843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70B8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0201103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56D55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43448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A87A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81DE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38F20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9E5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C84D7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0201104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0178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Psikoloji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A3A5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17E5E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DC3CD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15EC9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229F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40280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0E637FD6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D617B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59546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Histoloji/Embriyoloji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07A3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1356F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FB36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72AC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52285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E15A6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561D5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Fizyoloji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B0C9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3AC1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2F402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BCC67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16F3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89B7F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98A4B00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2BE6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0201107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47A03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DA30B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8B31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ED1F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D09F7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81731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29064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0101102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E3CD2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Türk Dili-II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24243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30329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11B54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6355C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DDC7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3A38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20FC8DC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6C16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0201109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A2E6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Temel Mikrobiyoloji veParazitoloji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6022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10591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3754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A038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9660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F345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0102102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C12C5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CDC1F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9716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5333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FD044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9A4C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84C8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12611A5B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D784A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0101101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07C19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9ACB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79C0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CB7A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1B6D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57419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7D723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0103102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94633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AEA2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8A9B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85A0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6BAF4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305A5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07695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6B128826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3CD0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0102101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0B344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E056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5B22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58F5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C2E0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237D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8DCDE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1FE9D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5A79F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055CD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C827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AED94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D239E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044D3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CA12D7" w:rsidRPr="00F90D89" w14:paraId="1F56F201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FE05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0103101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33532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0B2DD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EB071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7C0A1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9B330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148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56394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DF581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425BC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C7550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14E94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46CB9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FD6EE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9417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4895A8B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8EDC1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9F36E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09104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C1888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9E45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E7D4B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D90A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6C722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632D2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C766B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BB590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52913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99F5F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7E292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FC780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CA12D7" w:rsidRPr="00F90D89" w14:paraId="384D056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765E3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08D60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0846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753E3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DF97D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D2171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CC6EF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CB1BD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F7832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6E978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B6F5C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FF727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D7084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65B64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0DBE5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637C660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D5E1F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49AF0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CB3B6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B21B2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C7BCD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A48DF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E76BB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1B1DC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52F34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4CA2C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0E2D1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E3F7E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98BF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6B6E0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68E09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5C0AC55E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6319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DDA4D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17C9FF54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4296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0104101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94367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Beden Eğitimi-I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FA53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5452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F6DB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422D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D39D4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45B2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0104102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CDFB8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Beden Eğitimi-II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36C4A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2339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5CD1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D5232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B255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9644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54087B35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54F4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0105101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45503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Müzik-I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23FE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EF82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5D29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01985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3CFD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CE03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0105102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7B970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Müzik-II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5D3E5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2D20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434A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7F7FB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549F3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6D37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540919FF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6B8B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0106101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E0FDB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Temel Bilgisayar Bilgisi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7329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179E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1A06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818E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33593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F1B0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0106102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FF8B9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Bilgisayar Programları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9B7F1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668D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4149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9AD50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EA5A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AB84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1B34DA6F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37206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E213C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1DEB1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D0F93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F4C83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B1795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87C6A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DCF7A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153BE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A7C0E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A0D37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DD127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1AF6D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7D51A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B163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56E854E3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AC87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İKİNCİ YIL</w:t>
            </w:r>
          </w:p>
        </w:tc>
      </w:tr>
      <w:tr w:rsidR="00CA12D7" w:rsidRPr="00F90D89" w14:paraId="0A3D5EC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0D59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33AB0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2.SINIF</w:t>
            </w:r>
            <w:proofErr w:type="gramEnd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III.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3456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F2BF9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AD5B9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9EEE1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1FEF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44F4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7026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2.SINIF</w:t>
            </w:r>
            <w:proofErr w:type="gramEnd"/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IV.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8D67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C8A2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07F1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BCB0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D0E37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B1F6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</w:tr>
      <w:tr w:rsidR="00CA12D7" w:rsidRPr="00F90D89" w14:paraId="36D87FB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69067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0201209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2A538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İç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D360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335F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D5ED8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061AD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40E9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4F5D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32B2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Cerrahi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8BE2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8D9F9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2F9F7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04B87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25CE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71D3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7756CD72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7D0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0201211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F5484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E2F74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363C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BE26E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E6FD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87B2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DB524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0201208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EF43B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İlk Yardım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0544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147E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4062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0A8CE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CC9B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77CF4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1C2E873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1490A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FDB19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Farmakoloji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9257F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45EA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3506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4D13C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FB99E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4CBF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4E6C3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Kendini Tanıma ve İletişim Yöntemleri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9AA8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4FDE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064A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66D50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07EE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4EAC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7219AFC6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6344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0201207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1065D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Beslenmeye Giriş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1F4E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0AF8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FD3F1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6B4E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B3F2B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7439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0201210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D7016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Bağımlılık ve Bağımlılık ile Mücadele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5D1F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A0EB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7394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199F8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0A035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2EFFD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626C2329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7922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0112100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2DBE8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Dijital Okuryazarlık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F2163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4AC3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4278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1D60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0F5A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0E90B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D2EF0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29005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FEE7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FC676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1898B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A8DF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8A304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CA12D7" w:rsidRPr="00F90D89" w14:paraId="26F2671D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8DBB4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56756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E2A56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EFD75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25726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A3E4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90CD2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1A3DB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BE36F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4FCFC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E3505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8E499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AAD95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6189A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EA560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05D2510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6A9B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EDA00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20215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AB5A9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C06E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4B2F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7023A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15E0B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5BAFA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6DFF8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F05C1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09E93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44135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A67A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B633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7EC843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7BF77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D1CD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B43B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5688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C239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307B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0B9F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E2901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BF9E2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23DE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1E3FC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80E2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83C6C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6EB8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9ACE6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2D1E3CF2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99A43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3E01E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DC345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D1C3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379FA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F5B61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5889E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AFE13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60344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C2693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4ABF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A00E5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5254A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87587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59FB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5D4BDAF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14D65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6FE44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9570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154F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A051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66B8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B4FB5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1AA2F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EA318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7AB51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817A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3666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0EDBC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118F8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CC1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CA12D7" w:rsidRPr="00F90D89" w14:paraId="5EE294E0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21B82E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7AB87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032BB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B18CD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75AB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3907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EC4B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1CA1B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74DCC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47467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68151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FDA12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1BCC1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71DC3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18CFA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6C7D205A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764E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FAC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3F05D54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4F146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CFA3D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Enfeksiyon Kontrolü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CD4DD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2F152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4C5F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05F5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A3532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B982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C3694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Evde Hasta Bakımı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AB022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7EEDA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6F51A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9CE39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D3E2D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B2E4F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AE3BB80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D3FB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74ABF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Tanılaması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F5AF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53A4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C9303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4C39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42E2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F96B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9DDD2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Stres Yönetimi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39D7D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1B2A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291C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3FC38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3D794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6251A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2A8AD490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9D08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4A997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Diyabet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ED38C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BA8E5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79D90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871C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6442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4BF26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9EE70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Kardiyoloji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12E0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2EDA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902DA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351F5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FF15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DF4C9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02D913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0974B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CECF7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Süreci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F908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D295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B4CC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629E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8363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858AF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0201010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31FC1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Sosyolojisi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A061E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D7F40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BA14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BBD46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D089E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46260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5374FB6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29C1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0201009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01891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Yoğun Bakım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F5626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CD70A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67589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BF3D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A2818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4F5F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02F9F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Akılcı İlaç Kullanımı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3D6B6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4E18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FB79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79206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DD98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3F2B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152E8B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DDB5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7C448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Bulaşıcı Hastalıklar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5CFB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34D9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9201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533D0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59A45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0273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09497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Tıbbi Biyoloji ve Genetik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53EB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B82C54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D6BC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135BE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B889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82A7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D1CD84C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B6B0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8F172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Tıbbi Cihaz ve Malzemeler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7761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F55E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3CE90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C5CD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7213F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75AC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60B6B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Sınıf Yönetimi**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4E0D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6225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49A0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9665A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C6E2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DDEEB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0A35666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A2BD5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45A0D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Eğitime Giriş**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3959B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3284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040C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59D5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6600C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3859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D3946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Özel Öğretim Yöntemleri**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F163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9439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5C433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8A887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A30D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4A15D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8950B2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A629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05F0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Öğretim İlke ve Yöntemleri**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6A1F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58A50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BF47F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38D3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22501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675C6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15B7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2E17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54093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F1379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EFD00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0BE9A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910122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41301BB0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7C78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ÜÇÜNCÜ YIL</w:t>
            </w:r>
          </w:p>
        </w:tc>
      </w:tr>
      <w:tr w:rsidR="00CA12D7" w:rsidRPr="00F90D89" w14:paraId="3699BCC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A2F78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FF69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3. SINIF V.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87394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ACD0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D50B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1F1C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A1D01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B93C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4676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3.SINIF</w:t>
            </w:r>
            <w:proofErr w:type="gramEnd"/>
            <w:r w:rsidRPr="00F90D89">
              <w:rPr>
                <w:rFonts w:ascii="Times New Roman" w:hAnsi="Times New Roman" w:cs="Times New Roman"/>
                <w:sz w:val="16"/>
                <w:szCs w:val="16"/>
              </w:rPr>
              <w:t xml:space="preserve"> VI.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30381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E3EC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EDE13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E5527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98AF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80D5E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</w:tr>
      <w:tr w:rsidR="00CA12D7" w:rsidRPr="00F90D89" w14:paraId="20E6CE8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2EC06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BA499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Doğum ve Kadın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A5A6E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00DA9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CE913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A509C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75C0C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70B0A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36299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Çocuk Sağlığı ve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E6A3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0D0D0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B93F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B68A7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EA85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0953F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495BB52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8EA3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0201303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834B25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Hemşirelikte Araştırma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AA804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0736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CFF8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81EB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2695D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4EA0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0201304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5D5D3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CD13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69EC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AA81A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3D538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B9B2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146B0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2E6D576F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41746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1C82F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Tarihi, Deontolojisi ve Yasaları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D82F5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9DFE7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38FD5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5BDD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D267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F8EFF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0201306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51B40B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Epidemiyoloji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8F29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46CF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85849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3BD5D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877C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B30F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1DADBD7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C0134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AFFEA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C93C8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2434E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0D5E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FAA7C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0263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A8E9D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20185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530B8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EE74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FC8F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26042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7AA4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1091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CA12D7" w:rsidRPr="00F90D89" w14:paraId="305D3F1B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49A0B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A798A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98D2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D263C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4AD37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9F2D9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A588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610E0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64CC7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04862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9ABA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E5BC9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81087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2F3A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EF24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0C98B507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4ACA0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3417A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7C17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947A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2C0CD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F653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DB03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1805A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9D2D2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DB3E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F44AE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EA66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7C226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400CF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3DB01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7BF76BD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65852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B1876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A34A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78E3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C9EC1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72727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9EFA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F5547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B5E95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C58A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60CB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6D4D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37256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A27BC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72F3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DB9032A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F06F8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F404E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6E0B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C3F2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2D7C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FB61A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DCE5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4F110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4E3FC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F141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76627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AD296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1A460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FCA2A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F8B80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58BE7250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BB50A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10F96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3C677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5B116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B7AB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33B8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2CDB3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E3343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56C3E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A7196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87BC5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507F8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38A9B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D4C0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DA9C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</w:tr>
      <w:tr w:rsidR="00CA12D7" w:rsidRPr="00F90D89" w14:paraId="3F645FE2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343A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C799C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16ECEC8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BF381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D7C62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Afetlerde Sağlık Hizmetleri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D909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44C29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EA6C6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4E93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8413E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FCB7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0911A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Kişisel Hijyen ve Sanitasyon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F7DA4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7E1B7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F0116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D945C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57ED6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3BE5D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5A1C806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3BC4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F5DAF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Diyaliz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DD608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CD53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1566E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1A381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E6815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FD3FF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8C0AF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Girişkenlik Eğitimi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8DD2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C946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B327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0AA94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0DFA4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46CFE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45B0E906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836D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0C30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Üreme Sağlığı ve Aile Planlaması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9C1BD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E40A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73A7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F601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B00C0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C9903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ADEED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Büyüme-Gelişme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AF65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BE2155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595B3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0DE24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AF146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ADFC3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4B9F36E0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EE863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0201019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39055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Gelişim ve Öğrenme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8E753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3338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0148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4D66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69725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54258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0201020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2FC50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Temel Yaşam Desteği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A60D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66D2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AFFF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ADA126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0126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1DADB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B5FDE51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091BF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81F45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Kültürlerarası Hemşirelik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86CCB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68B4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DC47D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BD378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08453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54C6C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5A415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Onkoloji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8995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30832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238D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0AE63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2DEA5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843E8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7E43CDE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E0AD6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6847E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İmmünoloji ve Bağışıklama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9BC88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67D7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BB881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61333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DF5F8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500E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A54D84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Doğum Öncesi İzlem ve Bakım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F983F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488C1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32B62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82DCA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58788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4153FF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59FB78D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3F1B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2162A0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Eğitimde Ölçme ve Değerlendirme**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57D28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35039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D6F98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2F120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D243B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7BD84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2438A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Rehberlik ve Özel Eğitim**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9E9FA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60D2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8478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0E2D3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E99BD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0BEF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15B33C9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58BD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7D1E2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Eğitim Psikolojisi**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FA7B1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50C8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21B6A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68D56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ECE79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2744F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8DC4D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Öğretim Teknolojileri**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C487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858F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E76E2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79554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6C9B5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3849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A12D7" w:rsidRPr="00F90D89" w14:paraId="6D0F7779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DE7EF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B96E2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C365E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29D88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64FCD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440A9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55FCF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D69A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03227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4ED07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9FD11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24A52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E0047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17E72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0AA2A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68C43E1F" w14:textId="77777777" w:rsidTr="00F90D89">
        <w:trPr>
          <w:trHeight w:val="20"/>
          <w:jc w:val="center"/>
        </w:trPr>
        <w:tc>
          <w:tcPr>
            <w:tcW w:w="10798" w:type="dxa"/>
            <w:gridSpan w:val="15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56758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DÖRDÜNCÜ YIL</w:t>
            </w:r>
          </w:p>
        </w:tc>
      </w:tr>
      <w:tr w:rsidR="00CA12D7" w:rsidRPr="00F90D89" w14:paraId="0D497D0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9027F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592BF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4. SINIF VII.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F9177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05536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D5D218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DB4D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03BAFB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CCF97A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Kod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F9BB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4. SINIF VIII. YARIYIL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A10A0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Statü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A0A1EE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510F4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C4CA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1A2F00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E02DC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</w:tr>
      <w:tr w:rsidR="00CA12D7" w:rsidRPr="00F90D89" w14:paraId="734C12FC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4DEC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0201401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3677FA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Ruh Sağlığı ve Hastalıkları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9829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843B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F8D7C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7B1FB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E7BDC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B9EB5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0201402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785FEE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Halk Sağlığı Hemşireliği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91F59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8832E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1551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CD66C4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05B5D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B1DDA4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CA12D7" w:rsidRPr="00F90D89" w14:paraId="56A3147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88140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0201403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856809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Hemşirelikte Öğretim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F4F06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B7255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203B7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9736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0546C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1799E4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0201404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BAF7F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Hemşirelikte Yönetim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C7B2A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1D3DB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D513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84D1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9240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B4C97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A12D7" w:rsidRPr="00F90D89" w14:paraId="3D9E06E3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54A7F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0201405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BD8CC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Mesleki İngilizce-I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CF39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9E01F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3006A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B7C546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BF4A3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8FD6E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0201406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35615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Mesleki İngilizce-II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3E3601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Zorunlu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EAB31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E463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B8B55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1115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74D1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A12D7" w:rsidRPr="00F90D89" w14:paraId="7A4E845F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7B0F2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01191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2C83F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CF50E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55F944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C7F9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BD71F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C8C44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1DB0B4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TOPLAM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10C0F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C843F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E4FC7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B6BDA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39731C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5E2F6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CA12D7" w:rsidRPr="00F90D89" w14:paraId="25B91915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139228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EF6698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3FBA3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5D7F0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FB4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F70D1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6BE9CE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96FA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2627B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CED02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1544B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FAB9D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B822E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1FE1C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260C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5977A342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040B0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27E190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0518D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97E86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BB4C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6619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BFBF48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BDFC6F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DFC95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3CEF5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2B7C94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B1AAB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EF2D5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AB03A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B7D51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735DE0B8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BF002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PFE009</w:t>
            </w: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374D41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Pedagojik Formasyon Eğitimi**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F887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719A4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394D0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E4D8D5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03517F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E5CC7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E0DB86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5280A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1EE3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0CAAB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FDBFB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B0A0C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14CF3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CA12D7" w:rsidRPr="00F90D89" w14:paraId="4B07C7CB" w14:textId="77777777" w:rsidTr="00F90D89">
        <w:trPr>
          <w:trHeight w:val="20"/>
          <w:jc w:val="center"/>
        </w:trPr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82E31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4EB781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DÖNEM TOPLAMI</w:t>
            </w: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9E2BB1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30122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3485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FA450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A37C47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91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878C5C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480DC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4564C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73BA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9F8FD1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13343F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C8589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FC3EF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2D7" w:rsidRPr="00F90D89" w14:paraId="7BB7E7E6" w14:textId="77777777" w:rsidTr="00F90D89">
        <w:trPr>
          <w:trHeight w:val="20"/>
          <w:jc w:val="center"/>
        </w:trPr>
        <w:tc>
          <w:tcPr>
            <w:tcW w:w="5284" w:type="dxa"/>
            <w:gridSpan w:val="7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8896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  <w:tc>
          <w:tcPr>
            <w:tcW w:w="5514" w:type="dxa"/>
            <w:gridSpan w:val="8"/>
            <w:shd w:val="clear" w:color="auto" w:fill="D9D9D9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0591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b/>
                <w:sz w:val="16"/>
                <w:szCs w:val="16"/>
              </w:rPr>
              <w:t>SEÇMELİ DERSLER</w:t>
            </w:r>
          </w:p>
        </w:tc>
      </w:tr>
      <w:tr w:rsidR="00CA12D7" w:rsidRPr="00F90D89" w14:paraId="050443D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484EC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60200AE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Sosyal Sorumluluk Projesi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5E0E06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0D134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A85D9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D1A129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47E3F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00CA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0201024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72E46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Hukuku ve Hemşirelik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B17A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B41DC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BE6CFA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BA1A2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894E9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99A2B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4E330F27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FAB3E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0201023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7C876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Engellilerle Yaşam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646D5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C2748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FDFA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A8299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464FA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6BC42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0201026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51660F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İş Yeri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C52F6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CB785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78CB42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E8A5F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73303F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2BE66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292FC9C3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7D9302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0201025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219DC2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Yenidoğan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51EB72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6532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5CC45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8E4194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AAF8C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716124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C7110B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Psikodrama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E5AD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2FDEE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086E67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440C9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A3E0E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4F72A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66B106D8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95C18A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0201027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2A9E3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Hemşirelik ve Liderlik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03FB1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C3B4A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4F5959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79EED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CCBC40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02B52C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0201030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134BCC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Sağlığı Geliştirme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44FB11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049B35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7217B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041B0C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8E803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FD98430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574C59B2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0606B6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0201029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052D9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Hasta ve Çalışan Güvenliği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B25478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5F410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4DB329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3DEDF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83790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B5B90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0201032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881145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Radyasyon ve Sağlık Fiziği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30B41B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1E58F9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C2092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4E584E3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27FE5D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56000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5C3F526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19E83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0201031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7EF5F8D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Yaşlı Bakım Hemşireliği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531739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52B8F9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306EB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415559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181C1F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9FB3CC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0201038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6589262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Sağlık İletişimi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EF4BADA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123C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FB62FF5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B5A995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DB9F93F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29BC0C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43335B7E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4A326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PFE009</w:t>
            </w: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7BAD13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Öğretmenlik Uygulaması**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AB72B6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85CB4E4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7946392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2BCC297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81D991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684912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6C15A37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AEA9AC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1B02671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DBF99AA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A76D5B6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BF1A7D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0C0E58E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A12D7" w:rsidRPr="00F90D89" w14:paraId="3FDADE85" w14:textId="77777777" w:rsidTr="00F90D89">
        <w:trPr>
          <w:trHeight w:val="20"/>
          <w:jc w:val="center"/>
        </w:trPr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449C1A0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C95CA3A" w14:textId="77777777" w:rsidR="00CA12D7" w:rsidRPr="00F90D89" w:rsidRDefault="00F90D89">
            <w:pPr>
              <w:spacing w:after="0"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Ortak Seçmeli Ders*</w:t>
            </w: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7BE843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Seçmeli</w:t>
            </w: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18A4057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D2EF98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A3E779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7E5A8B" w14:textId="77777777" w:rsidR="00CA12D7" w:rsidRPr="00F90D89" w:rsidRDefault="00F90D89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646CB2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AAADF94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84FEE5B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D77FEBD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F745ED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E684C0E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23A9405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dxa"/>
            <w:shd w:val="clear" w:color="auto" w:fill="EDEDED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4D62F9" w14:textId="77777777" w:rsidR="00CA12D7" w:rsidRPr="00F90D89" w:rsidRDefault="00CA12D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A977C17" w14:textId="06BB46F5" w:rsidR="00CA12D7" w:rsidRPr="00182597" w:rsidRDefault="00182597">
      <w:pPr>
        <w:spacing w:before="40" w:after="0" w:line="228" w:lineRule="auto"/>
        <w:rPr>
          <w:sz w:val="13"/>
          <w:szCs w:val="13"/>
        </w:rPr>
      </w:pPr>
      <w:r w:rsidRPr="00182597">
        <w:rPr>
          <w:rFonts w:ascii="Arial" w:hAnsi="Arial"/>
          <w:b/>
          <w:sz w:val="13"/>
          <w:szCs w:val="13"/>
        </w:rPr>
        <w:t>ZORUNLU DERSLER:180 AKTS (%75)SEÇMELİDERSLER:60 AKTS(%25)PFE:40 AKTSTOPLAM:240 AKTS(%100)TOPLAM**:280 AKTS</w:t>
      </w:r>
      <w:r w:rsidRPr="00182597">
        <w:rPr>
          <w:rFonts w:ascii="Arial" w:hAnsi="Arial"/>
          <w:b/>
          <w:sz w:val="13"/>
          <w:szCs w:val="13"/>
        </w:rPr>
        <w:br/>
      </w:r>
      <w:r w:rsidRPr="00182597">
        <w:rPr>
          <w:rFonts w:ascii="Arial" w:hAnsi="Arial"/>
          <w:sz w:val="13"/>
          <w:szCs w:val="13"/>
        </w:rPr>
        <w:t>aHemşirelik Esasları dersi üst sınıftaki mesleki uygulamalı dersler için ön koşullu derstir.</w:t>
      </w:r>
      <w:r w:rsidRPr="00182597">
        <w:rPr>
          <w:rFonts w:ascii="Arial" w:hAnsi="Arial"/>
          <w:sz w:val="13"/>
          <w:szCs w:val="13"/>
        </w:rPr>
        <w:br/>
      </w:r>
    </w:p>
    <w:p w14:paraId="30806E26" w14:textId="33965E51" w:rsidR="00CA12D7" w:rsidRDefault="00CA12D7">
      <w:pPr>
        <w:spacing w:after="0"/>
        <w:jc w:val="center"/>
      </w:pPr>
    </w:p>
    <w:sectPr w:rsidR="00CA12D7" w:rsidSect="00034616">
      <w:pgSz w:w="11909" w:h="16834"/>
      <w:pgMar w:top="288" w:right="360" w:bottom="288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2597"/>
    <w:rsid w:val="0029639D"/>
    <w:rsid w:val="00326F90"/>
    <w:rsid w:val="008024A2"/>
    <w:rsid w:val="00812A73"/>
    <w:rsid w:val="00AA1D8D"/>
    <w:rsid w:val="00AD42A2"/>
    <w:rsid w:val="00B47730"/>
    <w:rsid w:val="00CA12D7"/>
    <w:rsid w:val="00CB0664"/>
    <w:rsid w:val="00EF5842"/>
    <w:rsid w:val="00F90D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E3263"/>
  <w14:defaultImageDpi w14:val="300"/>
  <w15:docId w15:val="{FF1E1024-C7AB-EC40-BE5C-2746716A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9E304-8C57-40F2-B41D-8B67557DF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5547</Characters>
  <Application>Microsoft Office Word</Application>
  <DocSecurity>0</DocSecurity>
  <Lines>46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ERHAN E</cp:lastModifiedBy>
  <cp:revision>2</cp:revision>
  <dcterms:created xsi:type="dcterms:W3CDTF">2026-08-19T08:59:00Z</dcterms:created>
  <dcterms:modified xsi:type="dcterms:W3CDTF">2026-08-19T08:59:00Z</dcterms:modified>
  <cp:category/>
</cp:coreProperties>
</file>